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37A3" w14:textId="5191E329" w:rsidR="00571259" w:rsidRPr="00220BE8" w:rsidRDefault="00C7414A" w:rsidP="00871397">
      <w:pPr>
        <w:pStyle w:val="Ttulo1"/>
        <w:jc w:val="center"/>
        <w:rPr>
          <w:color w:val="auto"/>
          <w:lang w:val="es-CL"/>
        </w:rPr>
      </w:pPr>
      <w:r w:rsidRPr="00220BE8">
        <w:rPr>
          <w:color w:val="auto"/>
          <w:lang w:val="es-CL"/>
        </w:rPr>
        <w:t>Carta de Compromiso de la Institución Asociada</w:t>
      </w:r>
    </w:p>
    <w:p w14:paraId="2A43DFE4" w14:textId="77777777" w:rsidR="00C7414A" w:rsidRPr="00220BE8" w:rsidRDefault="00C7414A" w:rsidP="00871397">
      <w:pPr>
        <w:jc w:val="right"/>
        <w:rPr>
          <w:lang w:val="es-CL"/>
        </w:rPr>
      </w:pPr>
    </w:p>
    <w:p w14:paraId="323426DB" w14:textId="0327D5DB" w:rsidR="00571259" w:rsidRPr="00220BE8" w:rsidRDefault="00C7414A" w:rsidP="00871397">
      <w:pPr>
        <w:jc w:val="right"/>
        <w:rPr>
          <w:lang w:val="es-CL"/>
        </w:rPr>
      </w:pPr>
      <w:r w:rsidRPr="00220BE8">
        <w:rPr>
          <w:lang w:val="es-CL"/>
        </w:rPr>
        <w:t>[Ciudad], [Fecha]</w:t>
      </w:r>
    </w:p>
    <w:p w14:paraId="35C85D9F" w14:textId="71BEA8DD" w:rsidR="00571259" w:rsidRPr="00220BE8" w:rsidRDefault="007F4994">
      <w:pPr>
        <w:rPr>
          <w:lang w:val="es-CL"/>
        </w:rPr>
      </w:pPr>
      <w:r w:rsidRPr="00220BE8">
        <w:rPr>
          <w:lang w:val="es-CL"/>
        </w:rPr>
        <w:t xml:space="preserve"> </w:t>
      </w:r>
      <w:r w:rsidR="00871397" w:rsidRPr="00220BE8">
        <w:rPr>
          <w:lang w:val="es-CL"/>
        </w:rPr>
        <w:br/>
      </w:r>
      <w:r w:rsidR="00C7414A" w:rsidRPr="00220BE8">
        <w:rPr>
          <w:lang w:val="es-CL"/>
        </w:rPr>
        <w:t>Vicerrectoría de Investigación y Doctorado</w:t>
      </w:r>
      <w:r w:rsidR="00871397" w:rsidRPr="00220BE8">
        <w:rPr>
          <w:lang w:val="es-CL"/>
        </w:rPr>
        <w:br/>
      </w:r>
      <w:r w:rsidR="00C7414A" w:rsidRPr="00220BE8">
        <w:rPr>
          <w:lang w:val="es-CL"/>
        </w:rPr>
        <w:t>Universidad Andrés Bello</w:t>
      </w:r>
      <w:r w:rsidR="00871397" w:rsidRPr="00220BE8">
        <w:rPr>
          <w:lang w:val="es-CL"/>
        </w:rPr>
        <w:br/>
      </w:r>
      <w:r w:rsidR="00C7414A" w:rsidRPr="00220BE8">
        <w:rPr>
          <w:lang w:val="es-CL"/>
        </w:rPr>
        <w:t>Presente</w:t>
      </w:r>
    </w:p>
    <w:p w14:paraId="71BA53A7" w14:textId="622F4079" w:rsidR="00571259" w:rsidRDefault="00C7414A" w:rsidP="1053F1A2">
      <w:pPr>
        <w:jc w:val="both"/>
        <w:rPr>
          <w:lang w:val="es-ES"/>
        </w:rPr>
      </w:pPr>
      <w:r w:rsidRPr="1053F1A2">
        <w:rPr>
          <w:lang w:val="es-ES"/>
        </w:rPr>
        <w:t xml:space="preserve">Por medio de la presente, la </w:t>
      </w:r>
      <w:r w:rsidRPr="1053F1A2">
        <w:rPr>
          <w:color w:val="1F497D" w:themeColor="text2"/>
          <w:lang w:val="es-ES"/>
        </w:rPr>
        <w:t xml:space="preserve">[Nombre de la Institución Asociada] </w:t>
      </w:r>
      <w:r w:rsidRPr="1053F1A2">
        <w:rPr>
          <w:lang w:val="es-ES"/>
        </w:rPr>
        <w:t xml:space="preserve">manifiesta formalmente su compromiso de participar en el proyecto titulado </w:t>
      </w:r>
      <w:r w:rsidRPr="1053F1A2">
        <w:rPr>
          <w:color w:val="1F497D" w:themeColor="text2"/>
          <w:lang w:val="es-ES"/>
        </w:rPr>
        <w:t xml:space="preserve">“[Título del Proyecto]”, </w:t>
      </w:r>
      <w:r w:rsidRPr="1053F1A2">
        <w:rPr>
          <w:lang w:val="es-ES"/>
        </w:rPr>
        <w:t xml:space="preserve">liderado por </w:t>
      </w:r>
      <w:r w:rsidRPr="1053F1A2">
        <w:rPr>
          <w:color w:val="1F497D" w:themeColor="text2"/>
          <w:lang w:val="es-ES"/>
        </w:rPr>
        <w:t xml:space="preserve">[Nombre del/la </w:t>
      </w:r>
      <w:proofErr w:type="gramStart"/>
      <w:r w:rsidRPr="1053F1A2">
        <w:rPr>
          <w:color w:val="1F497D" w:themeColor="text2"/>
          <w:lang w:val="es-ES"/>
        </w:rPr>
        <w:t>Director</w:t>
      </w:r>
      <w:proofErr w:type="gramEnd"/>
      <w:r w:rsidRPr="1053F1A2">
        <w:rPr>
          <w:color w:val="1F497D" w:themeColor="text2"/>
          <w:lang w:val="es-ES"/>
        </w:rPr>
        <w:t xml:space="preserve">/a del Proyecto], </w:t>
      </w:r>
      <w:r w:rsidRPr="1053F1A2">
        <w:rPr>
          <w:lang w:val="es-ES"/>
        </w:rPr>
        <w:t xml:space="preserve">académico/a de la Universidad Andrés Bello, que será postulado al Concurso Endowment I+D: Desafíos en torno a la </w:t>
      </w:r>
      <w:r w:rsidR="00DB249F">
        <w:rPr>
          <w:lang w:val="es-ES"/>
        </w:rPr>
        <w:t>Sustentabilidad</w:t>
      </w:r>
      <w:r w:rsidRPr="1053F1A2">
        <w:rPr>
          <w:lang w:val="es-ES"/>
        </w:rPr>
        <w:t xml:space="preserve"> 202</w:t>
      </w:r>
      <w:r w:rsidR="008D346A">
        <w:rPr>
          <w:lang w:val="es-ES"/>
        </w:rPr>
        <w:t>6</w:t>
      </w:r>
      <w:r w:rsidRPr="1053F1A2">
        <w:rPr>
          <w:lang w:val="es-ES"/>
        </w:rPr>
        <w:t>.</w:t>
      </w:r>
    </w:p>
    <w:p w14:paraId="14281359" w14:textId="2FB13BB1" w:rsidR="00571259" w:rsidRPr="00220BE8" w:rsidRDefault="00C7414A" w:rsidP="00871397">
      <w:pPr>
        <w:jc w:val="both"/>
        <w:rPr>
          <w:lang w:val="es-CL"/>
        </w:rPr>
      </w:pPr>
      <w:r w:rsidRPr="00220BE8">
        <w:rPr>
          <w:lang w:val="es-CL"/>
        </w:rPr>
        <w:t xml:space="preserve">Nuestra institución participará en calidad de institución asociada, designando como contraparte responsable a </w:t>
      </w:r>
      <w:r w:rsidRPr="00220BE8">
        <w:rPr>
          <w:color w:val="1F497D" w:themeColor="text2"/>
          <w:lang w:val="es-CL"/>
        </w:rPr>
        <w:t>[Nombre</w:t>
      </w:r>
      <w:r w:rsidR="26471C36" w:rsidRPr="00220BE8">
        <w:rPr>
          <w:color w:val="1F497D" w:themeColor="text2"/>
          <w:lang w:val="es-CL"/>
        </w:rPr>
        <w:t xml:space="preserve"> y </w:t>
      </w:r>
      <w:r w:rsidRPr="00220BE8">
        <w:rPr>
          <w:color w:val="1F497D" w:themeColor="text2"/>
          <w:lang w:val="es-CL"/>
        </w:rPr>
        <w:t>cargo],</w:t>
      </w:r>
      <w:r w:rsidRPr="00220BE8">
        <w:rPr>
          <w:lang w:val="es-CL"/>
        </w:rPr>
        <w:t xml:space="preserve"> quien actuará como nexo técnico y administrativo en la ejecución del proyecto.</w:t>
      </w:r>
    </w:p>
    <w:p w14:paraId="6A43A68A" w14:textId="77777777" w:rsidR="00571259" w:rsidRPr="00220BE8" w:rsidRDefault="00C7414A" w:rsidP="00871397">
      <w:pPr>
        <w:jc w:val="both"/>
        <w:rPr>
          <w:lang w:val="es-CL"/>
        </w:rPr>
      </w:pPr>
      <w:r w:rsidRPr="00220BE8">
        <w:rPr>
          <w:lang w:val="es-CL"/>
        </w:rPr>
        <w:t>Asimismo, nos comprometemos a aportar los siguientes recursos al desarrollo del proyecto:</w:t>
      </w:r>
    </w:p>
    <w:p w14:paraId="2BD8FA56" w14:textId="72936E45" w:rsidR="00571259" w:rsidRPr="00220BE8" w:rsidRDefault="00C7414A" w:rsidP="2A801BEA">
      <w:pPr>
        <w:jc w:val="both"/>
        <w:rPr>
          <w:b/>
          <w:bCs/>
          <w:color w:val="1F497D" w:themeColor="text2"/>
          <w:lang w:val="es-CL"/>
        </w:rPr>
      </w:pPr>
      <w:r w:rsidRPr="00220BE8">
        <w:rPr>
          <w:lang w:val="es-CL"/>
        </w:rPr>
        <w:t xml:space="preserve">- </w:t>
      </w:r>
      <w:r w:rsidRPr="00220BE8">
        <w:rPr>
          <w:color w:val="1F497D" w:themeColor="text2"/>
          <w:lang w:val="es-CL"/>
        </w:rPr>
        <w:t>[Detalle de aportes pecuniarios, valorizados o en especie, tales como infraestructura, tiempo de profesionales, acceso a terreno, equipamiento, etc.</w:t>
      </w:r>
      <w:r w:rsidR="007B3F4D" w:rsidRPr="00220BE8">
        <w:rPr>
          <w:color w:val="1F497D" w:themeColor="text2"/>
          <w:lang w:val="es-CL"/>
        </w:rPr>
        <w:t xml:space="preserve"> </w:t>
      </w:r>
      <w:r w:rsidR="00C96AB0" w:rsidRPr="00220BE8">
        <w:rPr>
          <w:b/>
          <w:bCs/>
          <w:color w:val="1F497D" w:themeColor="text2"/>
          <w:lang w:val="es-CL"/>
        </w:rPr>
        <w:t>El aporte de la o las instituciones asociadas es de carácter obligatorio</w:t>
      </w:r>
      <w:r w:rsidRPr="00220BE8">
        <w:rPr>
          <w:color w:val="1F497D" w:themeColor="text2"/>
          <w:lang w:val="es-CL"/>
        </w:rPr>
        <w:t>].</w:t>
      </w:r>
    </w:p>
    <w:p w14:paraId="6E52E6B3" w14:textId="71DBA860" w:rsidR="2A801BEA" w:rsidRPr="00220BE8" w:rsidRDefault="2A801BEA" w:rsidP="2A801BEA">
      <w:pPr>
        <w:jc w:val="both"/>
        <w:rPr>
          <w:color w:val="1F497D" w:themeColor="text2"/>
          <w:lang w:val="es-CL"/>
        </w:rPr>
      </w:pPr>
    </w:p>
    <w:p w14:paraId="1024AE2A" w14:textId="77777777" w:rsidR="00571259" w:rsidRPr="00220BE8" w:rsidRDefault="00571259">
      <w:pPr>
        <w:rPr>
          <w:lang w:val="es-CL"/>
        </w:rPr>
      </w:pPr>
    </w:p>
    <w:p w14:paraId="6A3A4810" w14:textId="77777777" w:rsidR="00571259" w:rsidRPr="00220BE8" w:rsidRDefault="00C7414A">
      <w:pPr>
        <w:rPr>
          <w:lang w:val="es-CL"/>
        </w:rPr>
      </w:pPr>
      <w:r w:rsidRPr="00220BE8">
        <w:rPr>
          <w:lang w:val="es-CL"/>
        </w:rPr>
        <w:t>Atentamente,</w:t>
      </w:r>
    </w:p>
    <w:p w14:paraId="58EB809A" w14:textId="77777777" w:rsidR="00571259" w:rsidRPr="00220BE8" w:rsidRDefault="00571259">
      <w:pPr>
        <w:rPr>
          <w:lang w:val="es-CL"/>
        </w:rPr>
      </w:pPr>
    </w:p>
    <w:p w14:paraId="5DB17846" w14:textId="77777777" w:rsidR="00571259" w:rsidRPr="00220BE8" w:rsidRDefault="00C7414A" w:rsidP="6E2933D7">
      <w:pPr>
        <w:jc w:val="center"/>
        <w:rPr>
          <w:lang w:val="es-CL"/>
        </w:rPr>
      </w:pPr>
      <w:r w:rsidRPr="00220BE8">
        <w:rPr>
          <w:lang w:val="es-CL"/>
        </w:rPr>
        <w:t>__________________________________</w:t>
      </w:r>
    </w:p>
    <w:p w14:paraId="08AA0D63" w14:textId="6D876B25" w:rsidR="00571259" w:rsidRPr="00220BE8" w:rsidRDefault="00C7414A" w:rsidP="6E2933D7">
      <w:pPr>
        <w:jc w:val="center"/>
        <w:rPr>
          <w:lang w:val="es-CL"/>
        </w:rPr>
      </w:pPr>
      <w:r w:rsidRPr="00220BE8">
        <w:rPr>
          <w:lang w:val="es-CL"/>
        </w:rPr>
        <w:t>[Nombre y cargo del representante legal / autoridad]</w:t>
      </w:r>
      <w:r w:rsidRPr="00220BE8">
        <w:rPr>
          <w:lang w:val="es-CL"/>
        </w:rPr>
        <w:br/>
        <w:t>[Nombre de la Institución Asociada]</w:t>
      </w:r>
    </w:p>
    <w:p w14:paraId="01A9C696" w14:textId="1B0EA109" w:rsidR="00C7414A" w:rsidRPr="00220BE8" w:rsidRDefault="00C7414A" w:rsidP="6E2933D7">
      <w:pPr>
        <w:pStyle w:val="Ttulo1"/>
        <w:rPr>
          <w:lang w:val="es-CL"/>
        </w:rPr>
      </w:pPr>
    </w:p>
    <w:p w14:paraId="41DBDA77" w14:textId="77777777" w:rsidR="007B3F4D" w:rsidRDefault="007B3F4D" w:rsidP="007B3F4D">
      <w:pPr>
        <w:rPr>
          <w:lang w:val="es-CL"/>
        </w:rPr>
      </w:pPr>
    </w:p>
    <w:p w14:paraId="2CB9D87E" w14:textId="77777777" w:rsidR="007B3F4D" w:rsidRPr="00220BE8" w:rsidRDefault="007B3F4D" w:rsidP="007B3F4D">
      <w:pPr>
        <w:rPr>
          <w:lang w:val="es-CL"/>
        </w:rPr>
      </w:pPr>
    </w:p>
    <w:sectPr w:rsidR="007B3F4D" w:rsidRPr="00220BE8" w:rsidSect="00C7414A">
      <w:headerReference w:type="default" r:id="rId10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CC62" w14:textId="77777777" w:rsidR="000C0F1D" w:rsidRDefault="000C0F1D" w:rsidP="007F4994">
      <w:pPr>
        <w:spacing w:after="0" w:line="240" w:lineRule="auto"/>
      </w:pPr>
      <w:r>
        <w:separator/>
      </w:r>
    </w:p>
  </w:endnote>
  <w:endnote w:type="continuationSeparator" w:id="0">
    <w:p w14:paraId="1C377BDE" w14:textId="77777777" w:rsidR="000C0F1D" w:rsidRDefault="000C0F1D" w:rsidP="007F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C7B2" w14:textId="77777777" w:rsidR="000C0F1D" w:rsidRDefault="000C0F1D" w:rsidP="007F4994">
      <w:pPr>
        <w:spacing w:after="0" w:line="240" w:lineRule="auto"/>
      </w:pPr>
      <w:r>
        <w:separator/>
      </w:r>
    </w:p>
  </w:footnote>
  <w:footnote w:type="continuationSeparator" w:id="0">
    <w:p w14:paraId="2C79E617" w14:textId="77777777" w:rsidR="000C0F1D" w:rsidRDefault="000C0F1D" w:rsidP="007F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F00D" w14:textId="67FF0D64" w:rsidR="00220BE8" w:rsidRDefault="00E926D4" w:rsidP="00E926D4">
    <w:pPr>
      <w:pStyle w:val="Encabezado"/>
      <w:jc w:val="center"/>
    </w:pPr>
    <w:r>
      <w:rPr>
        <w:noProof/>
      </w:rPr>
      <w:drawing>
        <wp:inline distT="0" distB="0" distL="0" distR="0" wp14:anchorId="51F88456" wp14:editId="384BAFB8">
          <wp:extent cx="3162300" cy="1004689"/>
          <wp:effectExtent l="0" t="0" r="0" b="0"/>
          <wp:docPr id="1574987513" name="Imagen 2">
            <a:extLst xmlns:a="http://schemas.openxmlformats.org/drawingml/2006/main">
              <a:ext uri="{FF2B5EF4-FFF2-40B4-BE49-F238E27FC236}">
                <a16:creationId xmlns:a16="http://schemas.microsoft.com/office/drawing/2014/main" id="{8EAD7B75-FDF3-41DD-855C-BC415624FE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783" cy="101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0423325">
    <w:abstractNumId w:val="2"/>
  </w:num>
  <w:num w:numId="2" w16cid:durableId="1482697962">
    <w:abstractNumId w:val="0"/>
  </w:num>
  <w:num w:numId="3" w16cid:durableId="1743020014">
    <w:abstractNumId w:val="3"/>
  </w:num>
  <w:num w:numId="4" w16cid:durableId="2011985778">
    <w:abstractNumId w:val="1"/>
  </w:num>
  <w:num w:numId="5" w16cid:durableId="2086412634">
    <w:abstractNumId w:val="8"/>
  </w:num>
  <w:num w:numId="6" w16cid:durableId="2118521121">
    <w:abstractNumId w:val="6"/>
  </w:num>
  <w:num w:numId="7" w16cid:durableId="537283382">
    <w:abstractNumId w:val="5"/>
  </w:num>
  <w:num w:numId="8" w16cid:durableId="755983814">
    <w:abstractNumId w:val="7"/>
  </w:num>
  <w:num w:numId="9" w16cid:durableId="931280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9FC"/>
    <w:rsid w:val="00032234"/>
    <w:rsid w:val="00034616"/>
    <w:rsid w:val="0006063C"/>
    <w:rsid w:val="0008329C"/>
    <w:rsid w:val="000C0F1D"/>
    <w:rsid w:val="0015074B"/>
    <w:rsid w:val="00191249"/>
    <w:rsid w:val="001B1196"/>
    <w:rsid w:val="001C4BC9"/>
    <w:rsid w:val="00220BE8"/>
    <w:rsid w:val="002264F3"/>
    <w:rsid w:val="0029639D"/>
    <w:rsid w:val="00326F90"/>
    <w:rsid w:val="003E4C08"/>
    <w:rsid w:val="00424544"/>
    <w:rsid w:val="00435188"/>
    <w:rsid w:val="00571259"/>
    <w:rsid w:val="00781A11"/>
    <w:rsid w:val="007A1457"/>
    <w:rsid w:val="007B3F4D"/>
    <w:rsid w:val="007F4994"/>
    <w:rsid w:val="00871397"/>
    <w:rsid w:val="008D346A"/>
    <w:rsid w:val="00927C56"/>
    <w:rsid w:val="00975195"/>
    <w:rsid w:val="00A90D12"/>
    <w:rsid w:val="00AA1D8D"/>
    <w:rsid w:val="00AB4553"/>
    <w:rsid w:val="00B47730"/>
    <w:rsid w:val="00C16BAC"/>
    <w:rsid w:val="00C305BB"/>
    <w:rsid w:val="00C7414A"/>
    <w:rsid w:val="00C770EA"/>
    <w:rsid w:val="00C77D1A"/>
    <w:rsid w:val="00C96AB0"/>
    <w:rsid w:val="00CB0664"/>
    <w:rsid w:val="00DB249F"/>
    <w:rsid w:val="00DD2E3F"/>
    <w:rsid w:val="00E2159A"/>
    <w:rsid w:val="00E85D66"/>
    <w:rsid w:val="00E926D4"/>
    <w:rsid w:val="00F2720D"/>
    <w:rsid w:val="00FB354A"/>
    <w:rsid w:val="00FC693F"/>
    <w:rsid w:val="00FF1937"/>
    <w:rsid w:val="06363081"/>
    <w:rsid w:val="0C616B67"/>
    <w:rsid w:val="0FA5564F"/>
    <w:rsid w:val="1053F1A2"/>
    <w:rsid w:val="26471C36"/>
    <w:rsid w:val="275CF60E"/>
    <w:rsid w:val="2A801BEA"/>
    <w:rsid w:val="47247179"/>
    <w:rsid w:val="514C12D9"/>
    <w:rsid w:val="6390E23C"/>
    <w:rsid w:val="65FA1219"/>
    <w:rsid w:val="6E2933D7"/>
    <w:rsid w:val="7336C163"/>
    <w:rsid w:val="7D2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F67F120-3E5A-42D2-9096-409678BD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8D3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Props1.xml><?xml version="1.0" encoding="utf-8"?>
<ds:datastoreItem xmlns:ds="http://schemas.openxmlformats.org/officeDocument/2006/customXml" ds:itemID="{956257CD-75A2-4A7B-A148-1591618C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F8BFD-F578-43DC-8150-1F5C9BFEA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65D96-6344-4601-B1AD-B7B337D1E267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986</Characters>
  <Application>Microsoft Office Word</Application>
  <DocSecurity>0</DocSecurity>
  <Lines>8</Lines>
  <Paragraphs>2</Paragraphs>
  <ScaleCrop>false</ScaleCrop>
  <Manager/>
  <Company/>
  <LinksUpToDate>false</LinksUpToDate>
  <CharactersWithSpaces>1163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Camila Victoria Guzman Delgado</cp:lastModifiedBy>
  <cp:revision>22</cp:revision>
  <dcterms:created xsi:type="dcterms:W3CDTF">2013-12-24T04:15:00Z</dcterms:created>
  <dcterms:modified xsi:type="dcterms:W3CDTF">2026-08-07T14:28:00Z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</Properties>
</file>